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448CC" w14:textId="77777777" w:rsidR="00995914" w:rsidRPr="00995914" w:rsidRDefault="00995914" w:rsidP="00995914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E"/>
        </w:rPr>
      </w:pPr>
      <w:r w:rsidRPr="0099591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E"/>
        </w:rPr>
        <w:t>SOLICITUD PARA POSTULAR AL REGISTRO DE ÁRBITROS DEL</w:t>
      </w:r>
    </w:p>
    <w:p w14:paraId="45D23D02" w14:textId="77777777" w:rsidR="00995914" w:rsidRDefault="00995914" w:rsidP="00995914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E"/>
        </w:rPr>
      </w:pPr>
      <w:r w:rsidRPr="0099591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E"/>
        </w:rPr>
        <w:t>CENTRO DE ARBITRAJE DE LA CÁMARA DE COMERCIO DE LIMA</w:t>
      </w:r>
    </w:p>
    <w:p w14:paraId="5CD7DCFB" w14:textId="77777777" w:rsidR="00995914" w:rsidRDefault="00995914" w:rsidP="00995914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s-PE"/>
        </w:rPr>
      </w:pPr>
    </w:p>
    <w:p w14:paraId="27CADA95" w14:textId="60456305" w:rsidR="0031555C" w:rsidRPr="00E35332" w:rsidRDefault="00000000" w:rsidP="00995914">
      <w:pPr>
        <w:rPr>
          <w:lang w:val="es-PE"/>
        </w:rPr>
      </w:pPr>
      <w:r w:rsidRPr="00E35332">
        <w:rPr>
          <w:lang w:val="es-PE"/>
        </w:rPr>
        <w:t>Por favor complete todos los campos. Si alguno no aplica, consigne N/A.</w:t>
      </w:r>
    </w:p>
    <w:p w14:paraId="2C305A5A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1. DATOS PERSONALES</w:t>
      </w:r>
    </w:p>
    <w:p w14:paraId="5606E877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Nombres: ________________________________    Apellido paterno: ________________________________</w:t>
      </w:r>
    </w:p>
    <w:p w14:paraId="6210F8CB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Apellido materno: ________________________________</w:t>
      </w:r>
    </w:p>
    <w:p w14:paraId="40255C3D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Fecha de nacimiento: ____ / ____ / ______    Nacionalidad: ________________________________</w:t>
      </w:r>
    </w:p>
    <w:p w14:paraId="7450577D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Documento de identidad (DNI / CE / Pasaporte): ________________________________</w:t>
      </w:r>
    </w:p>
    <w:p w14:paraId="4939539D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RUC (si aplica): ________________________________</w:t>
      </w:r>
    </w:p>
    <w:p w14:paraId="37499BF5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Profesión: ________________________________    Nº de colegiatura: ________________________________</w:t>
      </w:r>
    </w:p>
    <w:p w14:paraId="1DF0CB64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2. DATOS DE CONTACTO</w:t>
      </w:r>
    </w:p>
    <w:p w14:paraId="39B77672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Dirección personal (Av./Calle/Jr.): ________________________________________________</w:t>
      </w:r>
    </w:p>
    <w:p w14:paraId="4E47D951" w14:textId="066A9308" w:rsidR="0031555C" w:rsidRPr="00E35332" w:rsidRDefault="00000000">
      <w:pPr>
        <w:rPr>
          <w:lang w:val="es-PE"/>
        </w:rPr>
      </w:pPr>
      <w:r w:rsidRPr="00E35332">
        <w:rPr>
          <w:lang w:val="es-PE"/>
        </w:rPr>
        <w:t>Número: _________</w:t>
      </w:r>
      <w:r w:rsidR="00E35332" w:rsidRPr="00E35332">
        <w:rPr>
          <w:lang w:val="es-PE"/>
        </w:rPr>
        <w:t>_ Dpto.</w:t>
      </w:r>
      <w:r w:rsidRPr="00E35332">
        <w:rPr>
          <w:lang w:val="es-PE"/>
        </w:rPr>
        <w:t>/</w:t>
      </w:r>
      <w:proofErr w:type="spellStart"/>
      <w:r w:rsidRPr="00E35332">
        <w:rPr>
          <w:lang w:val="es-PE"/>
        </w:rPr>
        <w:t>Int</w:t>
      </w:r>
      <w:proofErr w:type="spellEnd"/>
      <w:r w:rsidRPr="00E35332">
        <w:rPr>
          <w:lang w:val="es-PE"/>
        </w:rPr>
        <w:t xml:space="preserve">.: __________  </w:t>
      </w:r>
    </w:p>
    <w:p w14:paraId="3568D377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Distrito: ________________________________    Ciudad: ________________________________</w:t>
      </w:r>
    </w:p>
    <w:p w14:paraId="11854A4F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Teléfono: ________________________________    Celular: ________________________________</w:t>
      </w:r>
    </w:p>
    <w:p w14:paraId="41807684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Correo electrónico: _________________________________________________________________</w:t>
      </w:r>
    </w:p>
    <w:p w14:paraId="784F7A2B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3. INFORMACIÓN PROFESIONAL</w:t>
      </w:r>
    </w:p>
    <w:p w14:paraId="1C0ECA1F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Centro de trabajo: _________________________________________________________________</w:t>
      </w:r>
    </w:p>
    <w:p w14:paraId="7E6CBC88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Cargo: ________________________________    Teléfono / Anexo: ________________________________</w:t>
      </w:r>
    </w:p>
    <w:p w14:paraId="2C89B33B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Correo institucional: _________________________________________________________________</w:t>
      </w:r>
    </w:p>
    <w:p w14:paraId="39ADA1CB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Dirección del centro de trabajo: _____________________________________________________</w:t>
      </w:r>
    </w:p>
    <w:p w14:paraId="5524CDE6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4. FORMACIÓN ACADÉMICA (máx. 3)</w:t>
      </w:r>
    </w:p>
    <w:p w14:paraId="7FFBD2A2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Grado: 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7ACC8822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Grado: 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138F8727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Grado: 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04408DF5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5. EXPERIENCIA PROFESIONAL (últimos 3 trabajos)</w:t>
      </w:r>
    </w:p>
    <w:p w14:paraId="3B92989E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Periodo: ___________</w:t>
      </w:r>
      <w:proofErr w:type="gramStart"/>
      <w:r w:rsidRPr="00E35332">
        <w:rPr>
          <w:lang w:val="es-PE"/>
        </w:rPr>
        <w:t>_  Empresa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Cargo</w:t>
      </w:r>
      <w:proofErr w:type="gramEnd"/>
      <w:r w:rsidRPr="00E35332">
        <w:rPr>
          <w:lang w:val="es-PE"/>
        </w:rPr>
        <w:t>: __________________</w:t>
      </w:r>
    </w:p>
    <w:p w14:paraId="01F5AA1D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lastRenderedPageBreak/>
        <w:t>Periodo: ___________</w:t>
      </w:r>
      <w:proofErr w:type="gramStart"/>
      <w:r w:rsidRPr="00E35332">
        <w:rPr>
          <w:lang w:val="es-PE"/>
        </w:rPr>
        <w:t>_  Empresa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Cargo</w:t>
      </w:r>
      <w:proofErr w:type="gramEnd"/>
      <w:r w:rsidRPr="00E35332">
        <w:rPr>
          <w:lang w:val="es-PE"/>
        </w:rPr>
        <w:t>: __________________</w:t>
      </w:r>
    </w:p>
    <w:p w14:paraId="488BBD4D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Periodo: ___________</w:t>
      </w:r>
      <w:proofErr w:type="gramStart"/>
      <w:r w:rsidRPr="00E35332">
        <w:rPr>
          <w:lang w:val="es-PE"/>
        </w:rPr>
        <w:t>_  Empresa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Cargo</w:t>
      </w:r>
      <w:proofErr w:type="gramEnd"/>
      <w:r w:rsidRPr="00E35332">
        <w:rPr>
          <w:lang w:val="es-PE"/>
        </w:rPr>
        <w:t>: __________________</w:t>
      </w:r>
    </w:p>
    <w:p w14:paraId="33EA179B" w14:textId="77777777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6. DOCENCIA UNIVERSITARIA (últimos 3 años)</w:t>
      </w:r>
    </w:p>
    <w:p w14:paraId="36985D9E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0E4C34BE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1C90154C" w14:textId="77777777" w:rsidR="0031555C" w:rsidRDefault="00000000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1088BB8F" w14:textId="326E823E" w:rsidR="00075164" w:rsidRPr="00E35332" w:rsidRDefault="00075164" w:rsidP="00075164">
      <w:pPr>
        <w:pStyle w:val="Ttulo2"/>
        <w:rPr>
          <w:lang w:val="es-PE"/>
        </w:rPr>
      </w:pPr>
      <w:r>
        <w:rPr>
          <w:lang w:val="es-PE"/>
        </w:rPr>
        <w:t>7</w:t>
      </w:r>
      <w:r w:rsidRPr="00E35332">
        <w:rPr>
          <w:lang w:val="es-PE"/>
        </w:rPr>
        <w:t xml:space="preserve">. </w:t>
      </w:r>
      <w:r>
        <w:rPr>
          <w:lang w:val="es-PE"/>
        </w:rPr>
        <w:t>ESPECIALIZACIONES</w:t>
      </w:r>
    </w:p>
    <w:p w14:paraId="5D127FBC" w14:textId="2C4D25B8" w:rsidR="00075164" w:rsidRPr="00E35332" w:rsidRDefault="00075164" w:rsidP="00075164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>
        <w:rPr>
          <w:lang w:val="es-PE"/>
        </w:rPr>
        <w:t>/ Colegio Profesional</w:t>
      </w:r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29BB4277" w14:textId="1A85942C" w:rsidR="00075164" w:rsidRPr="00E35332" w:rsidRDefault="00075164" w:rsidP="00075164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>
        <w:rPr>
          <w:lang w:val="es-PE"/>
        </w:rPr>
        <w:t>/ Colegio Profesional</w:t>
      </w:r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6C519331" w14:textId="2F41E72E" w:rsidR="00075164" w:rsidRPr="00E35332" w:rsidRDefault="00075164">
      <w:pPr>
        <w:rPr>
          <w:lang w:val="es-PE"/>
        </w:rPr>
      </w:pPr>
      <w:r w:rsidRPr="00E35332">
        <w:rPr>
          <w:lang w:val="es-PE"/>
        </w:rPr>
        <w:t>Curso: _______________________________</w:t>
      </w:r>
      <w:proofErr w:type="gramStart"/>
      <w:r w:rsidRPr="00E35332">
        <w:rPr>
          <w:lang w:val="es-PE"/>
        </w:rPr>
        <w:t>_  Universidad</w:t>
      </w:r>
      <w:proofErr w:type="gramEnd"/>
      <w:r>
        <w:rPr>
          <w:lang w:val="es-PE"/>
        </w:rPr>
        <w:t>/ Colegio Profesional</w:t>
      </w:r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5E8DC7E5" w14:textId="67BD6D25" w:rsidR="0031555C" w:rsidRPr="00E35332" w:rsidRDefault="00075164">
      <w:pPr>
        <w:pStyle w:val="Ttulo2"/>
        <w:rPr>
          <w:lang w:val="es-PE"/>
        </w:rPr>
      </w:pPr>
      <w:r>
        <w:rPr>
          <w:lang w:val="es-PE"/>
        </w:rPr>
        <w:t>8</w:t>
      </w:r>
      <w:r w:rsidRPr="00E35332">
        <w:rPr>
          <w:lang w:val="es-PE"/>
        </w:rPr>
        <w:t>. PUBLICACIONES CIENTÍFICAS Y/O JURÍDICAS (máx. 3)</w:t>
      </w:r>
    </w:p>
    <w:p w14:paraId="003A7A61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Título de la publicación: _______________________________________________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5E759B13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Título de la publicación: _______________________________________________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60CB1ED0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Título de la publicación: _______________________________________________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6B6A03E7" w14:textId="5013F27F" w:rsidR="0031555C" w:rsidRPr="00E35332" w:rsidRDefault="00075164">
      <w:pPr>
        <w:pStyle w:val="Ttulo2"/>
        <w:rPr>
          <w:lang w:val="es-PE"/>
        </w:rPr>
      </w:pPr>
      <w:r>
        <w:rPr>
          <w:lang w:val="es-PE"/>
        </w:rPr>
        <w:t>9</w:t>
      </w:r>
      <w:r w:rsidRPr="00E35332">
        <w:rPr>
          <w:lang w:val="es-PE"/>
        </w:rPr>
        <w:t xml:space="preserve">. </w:t>
      </w:r>
      <w:r w:rsidR="00E35332">
        <w:rPr>
          <w:lang w:val="es-PE"/>
        </w:rPr>
        <w:t xml:space="preserve">TODAS LAS </w:t>
      </w:r>
      <w:r w:rsidRPr="00E35332">
        <w:rPr>
          <w:lang w:val="es-PE"/>
        </w:rPr>
        <w:t>INSTITUCIONES ARBITRALES DE CUYAS NÓMINAS FORMA PARTE</w:t>
      </w:r>
    </w:p>
    <w:p w14:paraId="5D2495CC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Institución arbitral: _________________________________________________________________</w:t>
      </w:r>
    </w:p>
    <w:p w14:paraId="5F93AE11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Institución arbitral: _________________________________________________________________</w:t>
      </w:r>
    </w:p>
    <w:p w14:paraId="3F899ECA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Institución arbitral: _________________________________________________________________</w:t>
      </w:r>
    </w:p>
    <w:p w14:paraId="1D9D7258" w14:textId="6476C888" w:rsidR="0031555C" w:rsidRPr="00E35332" w:rsidRDefault="00075164">
      <w:pPr>
        <w:pStyle w:val="Ttulo2"/>
        <w:rPr>
          <w:lang w:val="es-PE"/>
        </w:rPr>
      </w:pPr>
      <w:r>
        <w:rPr>
          <w:lang w:val="es-PE"/>
        </w:rPr>
        <w:t>10</w:t>
      </w:r>
      <w:r w:rsidRPr="00E35332">
        <w:rPr>
          <w:lang w:val="es-PE"/>
        </w:rPr>
        <w:t>. EXPERIENCIA EN ARBITRAJE</w:t>
      </w:r>
    </w:p>
    <w:p w14:paraId="3C384DF8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Número total de arbitrajes en los que ha participado: ____________</w:t>
      </w:r>
    </w:p>
    <w:p w14:paraId="5713FF2E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Casos actualmente en trámite: ____________</w:t>
      </w:r>
    </w:p>
    <w:p w14:paraId="35316A9E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Casos laudados (últimos 5 años): ____________</w:t>
      </w:r>
    </w:p>
    <w:p w14:paraId="43D4003F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Casos como Presidente / Árbitro Único (últimos 5 años): ____________</w:t>
      </w:r>
    </w:p>
    <w:p w14:paraId="371A4A5A" w14:textId="302915CF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1</w:t>
      </w:r>
      <w:r w:rsidR="00075164">
        <w:rPr>
          <w:lang w:val="es-PE"/>
        </w:rPr>
        <w:t>1</w:t>
      </w:r>
      <w:r w:rsidRPr="00E35332">
        <w:rPr>
          <w:lang w:val="es-PE"/>
        </w:rPr>
        <w:t>. PARTICIPACIÓN COMO EXPOSITOR EN EVENTOS DE ARBITRAJE (últimos 3 años)</w:t>
      </w:r>
    </w:p>
    <w:p w14:paraId="06A333E5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Evento: _______________________________</w:t>
      </w:r>
      <w:proofErr w:type="gramStart"/>
      <w:r w:rsidRPr="00E35332">
        <w:rPr>
          <w:lang w:val="es-PE"/>
        </w:rPr>
        <w:t>_  Institución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3E0A7976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lastRenderedPageBreak/>
        <w:t>Evento: _______________________________</w:t>
      </w:r>
      <w:proofErr w:type="gramStart"/>
      <w:r w:rsidRPr="00E35332">
        <w:rPr>
          <w:lang w:val="es-PE"/>
        </w:rPr>
        <w:t>_  Institución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32E27038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Evento: _______________________________</w:t>
      </w:r>
      <w:proofErr w:type="gramStart"/>
      <w:r w:rsidRPr="00E35332">
        <w:rPr>
          <w:lang w:val="es-PE"/>
        </w:rPr>
        <w:t>_  Institución</w:t>
      </w:r>
      <w:proofErr w:type="gramEnd"/>
      <w:r w:rsidRPr="00E35332">
        <w:rPr>
          <w:lang w:val="es-PE"/>
        </w:rPr>
        <w:t>: _______________________________</w:t>
      </w:r>
      <w:proofErr w:type="gramStart"/>
      <w:r w:rsidRPr="00E35332">
        <w:rPr>
          <w:lang w:val="es-PE"/>
        </w:rPr>
        <w:t>_  Año</w:t>
      </w:r>
      <w:proofErr w:type="gramEnd"/>
      <w:r w:rsidRPr="00E35332">
        <w:rPr>
          <w:lang w:val="es-PE"/>
        </w:rPr>
        <w:t>: ______</w:t>
      </w:r>
    </w:p>
    <w:p w14:paraId="33F7F1B5" w14:textId="4C1FF9B6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1</w:t>
      </w:r>
      <w:r w:rsidR="00075164">
        <w:rPr>
          <w:lang w:val="es-PE"/>
        </w:rPr>
        <w:t>2</w:t>
      </w:r>
      <w:r w:rsidRPr="00E35332">
        <w:rPr>
          <w:lang w:val="es-PE"/>
        </w:rPr>
        <w:t>. IDIOMAS</w:t>
      </w:r>
    </w:p>
    <w:p w14:paraId="4A006CAB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Idioma: _________________</w:t>
      </w:r>
      <w:proofErr w:type="gramStart"/>
      <w:r w:rsidRPr="00E35332">
        <w:rPr>
          <w:lang w:val="es-PE"/>
        </w:rPr>
        <w:t>_  Nivel</w:t>
      </w:r>
      <w:proofErr w:type="gramEnd"/>
      <w:r w:rsidRPr="00E35332">
        <w:rPr>
          <w:lang w:val="es-PE"/>
        </w:rPr>
        <w:t xml:space="preserve">: ☐ </w:t>
      </w:r>
      <w:proofErr w:type="gramStart"/>
      <w:r w:rsidRPr="00E35332">
        <w:rPr>
          <w:lang w:val="es-PE"/>
        </w:rPr>
        <w:t>Básico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Intermedio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Avanzado  ☐</w:t>
      </w:r>
      <w:proofErr w:type="gramEnd"/>
      <w:r w:rsidRPr="00E35332">
        <w:rPr>
          <w:lang w:val="es-PE"/>
        </w:rPr>
        <w:t xml:space="preserve"> Nativo</w:t>
      </w:r>
    </w:p>
    <w:p w14:paraId="0D55B3A4" w14:textId="77777777" w:rsidR="0031555C" w:rsidRPr="00E35332" w:rsidRDefault="00000000">
      <w:pPr>
        <w:rPr>
          <w:lang w:val="es-PE"/>
        </w:rPr>
      </w:pPr>
      <w:r w:rsidRPr="00E35332">
        <w:rPr>
          <w:lang w:val="es-PE"/>
        </w:rPr>
        <w:t>Idioma: _________________</w:t>
      </w:r>
      <w:proofErr w:type="gramStart"/>
      <w:r w:rsidRPr="00E35332">
        <w:rPr>
          <w:lang w:val="es-PE"/>
        </w:rPr>
        <w:t>_  Nivel</w:t>
      </w:r>
      <w:proofErr w:type="gramEnd"/>
      <w:r w:rsidRPr="00E35332">
        <w:rPr>
          <w:lang w:val="es-PE"/>
        </w:rPr>
        <w:t xml:space="preserve">: ☐ </w:t>
      </w:r>
      <w:proofErr w:type="gramStart"/>
      <w:r w:rsidRPr="00E35332">
        <w:rPr>
          <w:lang w:val="es-PE"/>
        </w:rPr>
        <w:t>Básico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Intermedio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Avanzado  ☐</w:t>
      </w:r>
      <w:proofErr w:type="gramEnd"/>
      <w:r w:rsidRPr="00E35332">
        <w:rPr>
          <w:lang w:val="es-PE"/>
        </w:rPr>
        <w:t xml:space="preserve"> Nativo</w:t>
      </w:r>
    </w:p>
    <w:p w14:paraId="545B8EAD" w14:textId="7FB87957" w:rsidR="00E35332" w:rsidRPr="00E35332" w:rsidRDefault="00E35332">
      <w:pPr>
        <w:rPr>
          <w:lang w:val="es-PE"/>
        </w:rPr>
      </w:pPr>
      <w:r w:rsidRPr="00E35332">
        <w:rPr>
          <w:lang w:val="es-PE"/>
        </w:rPr>
        <w:t>Idioma: _________________</w:t>
      </w:r>
      <w:proofErr w:type="gramStart"/>
      <w:r w:rsidRPr="00E35332">
        <w:rPr>
          <w:lang w:val="es-PE"/>
        </w:rPr>
        <w:t>_  Nivel</w:t>
      </w:r>
      <w:proofErr w:type="gramEnd"/>
      <w:r w:rsidRPr="00E35332">
        <w:rPr>
          <w:lang w:val="es-PE"/>
        </w:rPr>
        <w:t xml:space="preserve">: ☐ </w:t>
      </w:r>
      <w:proofErr w:type="gramStart"/>
      <w:r w:rsidRPr="00E35332">
        <w:rPr>
          <w:lang w:val="es-PE"/>
        </w:rPr>
        <w:t>Básico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Intermedio  ☐</w:t>
      </w:r>
      <w:proofErr w:type="gramEnd"/>
      <w:r w:rsidRPr="00E35332">
        <w:rPr>
          <w:lang w:val="es-PE"/>
        </w:rPr>
        <w:t xml:space="preserve"> </w:t>
      </w:r>
      <w:proofErr w:type="gramStart"/>
      <w:r w:rsidRPr="00E35332">
        <w:rPr>
          <w:lang w:val="es-PE"/>
        </w:rPr>
        <w:t>Avanzado  ☐</w:t>
      </w:r>
      <w:proofErr w:type="gramEnd"/>
      <w:r w:rsidRPr="00E35332">
        <w:rPr>
          <w:lang w:val="es-PE"/>
        </w:rPr>
        <w:t xml:space="preserve"> Nativo</w:t>
      </w:r>
    </w:p>
    <w:p w14:paraId="2BD9540D" w14:textId="14232E9E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1</w:t>
      </w:r>
      <w:r w:rsidR="00075164">
        <w:rPr>
          <w:lang w:val="es-PE"/>
        </w:rPr>
        <w:t>3</w:t>
      </w:r>
      <w:r w:rsidRPr="00E35332">
        <w:rPr>
          <w:lang w:val="es-PE"/>
        </w:rPr>
        <w:t>. DECLARACIÓN SOBRE ANULACIÓN DE LAUDOS</w:t>
      </w:r>
    </w:p>
    <w:p w14:paraId="1933AE4B" w14:textId="77777777" w:rsidR="00B001A4" w:rsidRDefault="00B001A4">
      <w:pPr>
        <w:rPr>
          <w:lang w:val="es-PE"/>
        </w:rPr>
      </w:pPr>
      <w:r w:rsidRPr="00B001A4">
        <w:rPr>
          <w:lang w:val="es-PE"/>
        </w:rPr>
        <w:t>¿Ha emitido algún laudo que haya sido anulado total o parcialmente en los últimos 5 años?</w:t>
      </w:r>
    </w:p>
    <w:p w14:paraId="4F6C1A21" w14:textId="32FFC4F5" w:rsidR="009369D7" w:rsidRDefault="00000000">
      <w:pPr>
        <w:rPr>
          <w:lang w:val="es-PE"/>
        </w:rPr>
      </w:pPr>
      <w:r w:rsidRPr="00E35332">
        <w:rPr>
          <w:lang w:val="es-PE"/>
        </w:rPr>
        <w:t xml:space="preserve">☐ Sí     ☐ No     </w:t>
      </w:r>
      <w:r w:rsidR="009369D7" w:rsidRPr="00E35332">
        <w:rPr>
          <w:lang w:val="es-PE"/>
        </w:rPr>
        <w:t xml:space="preserve">Número de </w:t>
      </w:r>
      <w:r w:rsidR="009369D7">
        <w:rPr>
          <w:lang w:val="es-PE"/>
        </w:rPr>
        <w:t>casos</w:t>
      </w:r>
      <w:r w:rsidR="009369D7" w:rsidRPr="00E35332">
        <w:rPr>
          <w:lang w:val="es-PE"/>
        </w:rPr>
        <w:t xml:space="preserve"> </w:t>
      </w:r>
      <w:r w:rsidR="009369D7">
        <w:rPr>
          <w:lang w:val="es-PE"/>
        </w:rPr>
        <w:t>anulados</w:t>
      </w:r>
      <w:r w:rsidR="009369D7" w:rsidRPr="00E35332">
        <w:rPr>
          <w:lang w:val="es-PE"/>
        </w:rPr>
        <w:t>: ______</w:t>
      </w:r>
    </w:p>
    <w:p w14:paraId="2A86431F" w14:textId="0711C2D5" w:rsidR="0031555C" w:rsidRPr="00E35332" w:rsidRDefault="00000000">
      <w:pPr>
        <w:rPr>
          <w:lang w:val="es-PE"/>
        </w:rPr>
      </w:pPr>
      <w:r w:rsidRPr="00E35332">
        <w:rPr>
          <w:lang w:val="es-PE"/>
        </w:rPr>
        <w:t>En caso afirmativo, especifique:</w:t>
      </w:r>
    </w:p>
    <w:p w14:paraId="7BC9C217" w14:textId="46613A99" w:rsidR="0031555C" w:rsidRPr="00E35332" w:rsidRDefault="00000000" w:rsidP="00E35332">
      <w:pPr>
        <w:pStyle w:val="Prrafodelista"/>
        <w:numPr>
          <w:ilvl w:val="0"/>
          <w:numId w:val="10"/>
        </w:numPr>
        <w:rPr>
          <w:lang w:val="es-PE"/>
        </w:rPr>
      </w:pPr>
      <w:r w:rsidRPr="00E35332">
        <w:rPr>
          <w:lang w:val="es-PE"/>
        </w:rPr>
        <w:t>Caso: _______________________________</w:t>
      </w:r>
      <w:r w:rsidR="00E35332" w:rsidRPr="00E35332">
        <w:rPr>
          <w:lang w:val="es-PE"/>
        </w:rPr>
        <w:t>_ Centro</w:t>
      </w:r>
      <w:r w:rsidRPr="00E35332">
        <w:rPr>
          <w:lang w:val="es-PE"/>
        </w:rPr>
        <w:t xml:space="preserve"> de Arbitraje: ________________________________</w:t>
      </w:r>
    </w:p>
    <w:p w14:paraId="73B0886C" w14:textId="0DC36CE3" w:rsidR="00E35332" w:rsidRDefault="00E35332" w:rsidP="00E35332">
      <w:pPr>
        <w:ind w:firstLine="720"/>
        <w:rPr>
          <w:lang w:val="es-PE"/>
        </w:rPr>
      </w:pPr>
      <w:r w:rsidRPr="00E35332">
        <w:rPr>
          <w:rFonts w:cs="Segoe UI Symbol"/>
          <w:lang w:val="es-PE"/>
        </w:rPr>
        <w:t>Materia:</w:t>
      </w:r>
      <w:r>
        <w:rPr>
          <w:rFonts w:ascii="Segoe UI Symbol" w:hAnsi="Segoe UI Symbol" w:cs="Segoe UI Symbol"/>
          <w:lang w:val="es-PE"/>
        </w:rPr>
        <w:t xml:space="preserve"> </w:t>
      </w:r>
      <w:bookmarkStart w:id="0" w:name="_Hlk220497091"/>
      <w:r w:rsidRPr="00E35332">
        <w:rPr>
          <w:rFonts w:ascii="Segoe UI Symbol" w:hAnsi="Segoe UI Symbol" w:cs="Segoe UI Symbol"/>
          <w:lang w:val="es-PE"/>
        </w:rPr>
        <w:t>☐</w:t>
      </w:r>
      <w:r w:rsidRPr="00E35332">
        <w:rPr>
          <w:lang w:val="es-PE"/>
        </w:rPr>
        <w:t xml:space="preserve"> </w:t>
      </w:r>
      <w:r>
        <w:rPr>
          <w:lang w:val="es-PE"/>
        </w:rPr>
        <w:t>Comercial</w:t>
      </w:r>
      <w:r w:rsidRPr="00E35332">
        <w:rPr>
          <w:lang w:val="es-PE"/>
        </w:rPr>
        <w:t xml:space="preserve">     ☐ </w:t>
      </w:r>
      <w:r>
        <w:rPr>
          <w:lang w:val="es-PE"/>
        </w:rPr>
        <w:t>Contratación Pública</w:t>
      </w:r>
      <w:r w:rsidRPr="00E35332">
        <w:rPr>
          <w:lang w:val="es-PE"/>
        </w:rPr>
        <w:t xml:space="preserve">   </w:t>
      </w:r>
      <w:bookmarkEnd w:id="0"/>
    </w:p>
    <w:p w14:paraId="4A1F9122" w14:textId="22BC5C04" w:rsidR="004A43C7" w:rsidRDefault="004A43C7" w:rsidP="00E35332">
      <w:pPr>
        <w:ind w:firstLine="720"/>
        <w:rPr>
          <w:lang w:val="es-PE"/>
        </w:rPr>
      </w:pPr>
      <w:r>
        <w:rPr>
          <w:lang w:val="es-PE"/>
        </w:rPr>
        <w:t>Causal de anulación según el Art. 63 de la Ley de Arbitraje:</w:t>
      </w:r>
    </w:p>
    <w:p w14:paraId="65E328AD" w14:textId="70848FE3" w:rsidR="004A43C7" w:rsidRDefault="004A43C7" w:rsidP="00493EA6">
      <w:pPr>
        <w:ind w:firstLine="720"/>
        <w:rPr>
          <w:lang w:val="es-PE"/>
        </w:rPr>
      </w:pPr>
      <w:r w:rsidRPr="004A43C7">
        <w:rPr>
          <w:rFonts w:ascii="Segoe UI Symbol" w:hAnsi="Segoe UI Symbol" w:cs="Segoe UI Symbol"/>
          <w:lang w:val="es-PE"/>
        </w:rPr>
        <w:t>☐</w:t>
      </w:r>
      <w:r w:rsidR="00493EA6">
        <w:rPr>
          <w:rFonts w:ascii="Segoe UI Symbol" w:hAnsi="Segoe UI Symbol" w:cs="Segoe UI Symbol"/>
          <w:lang w:val="es-PE"/>
        </w:rPr>
        <w:t xml:space="preserve"> a.</w:t>
      </w:r>
      <w:r w:rsidRPr="004A43C7">
        <w:rPr>
          <w:lang w:val="es-PE"/>
        </w:rPr>
        <w:t xml:space="preserve">    </w:t>
      </w:r>
      <w:r w:rsidRPr="004A43C7">
        <w:rPr>
          <w:rFonts w:ascii="Segoe UI Symbol" w:hAnsi="Segoe UI Symbol" w:cs="Segoe UI Symbol"/>
          <w:lang w:val="es-PE"/>
        </w:rPr>
        <w:t>☐</w:t>
      </w:r>
      <w:r w:rsidRPr="004A43C7">
        <w:rPr>
          <w:lang w:val="es-PE"/>
        </w:rPr>
        <w:t xml:space="preserve"> </w:t>
      </w:r>
      <w:r w:rsidR="00493EA6">
        <w:rPr>
          <w:lang w:val="es-PE"/>
        </w:rPr>
        <w:t>b.</w:t>
      </w:r>
      <w:r w:rsidRPr="004A43C7">
        <w:rPr>
          <w:lang w:val="es-PE"/>
        </w:rPr>
        <w:t xml:space="preserve">   </w:t>
      </w:r>
      <w:r w:rsidR="00493EA6" w:rsidRPr="004A43C7">
        <w:rPr>
          <w:rFonts w:ascii="Segoe UI Symbol" w:hAnsi="Segoe UI Symbol" w:cs="Segoe UI Symbol"/>
          <w:lang w:val="es-PE"/>
        </w:rPr>
        <w:t>☐</w:t>
      </w:r>
      <w:r w:rsidR="00493EA6">
        <w:rPr>
          <w:rFonts w:ascii="Segoe UI Symbol" w:hAnsi="Segoe UI Symbol" w:cs="Segoe UI Symbol"/>
          <w:lang w:val="es-PE"/>
        </w:rPr>
        <w:t xml:space="preserve"> c.</w:t>
      </w:r>
      <w:r w:rsidR="00493EA6" w:rsidRPr="004A43C7">
        <w:rPr>
          <w:lang w:val="es-PE"/>
        </w:rPr>
        <w:t xml:space="preserve">   </w:t>
      </w:r>
      <w:r w:rsidR="00493EA6" w:rsidRPr="004A43C7">
        <w:rPr>
          <w:rFonts w:ascii="Segoe UI Symbol" w:hAnsi="Segoe UI Symbol" w:cs="Segoe UI Symbol"/>
          <w:lang w:val="es-PE"/>
        </w:rPr>
        <w:t>☐</w:t>
      </w:r>
      <w:r w:rsidR="00493EA6" w:rsidRPr="004A43C7">
        <w:rPr>
          <w:lang w:val="es-PE"/>
        </w:rPr>
        <w:t xml:space="preserve"> </w:t>
      </w:r>
      <w:r w:rsidR="00493EA6">
        <w:rPr>
          <w:lang w:val="es-PE"/>
        </w:rPr>
        <w:t>d.</w:t>
      </w:r>
      <w:r w:rsidR="00493EA6" w:rsidRPr="004A43C7">
        <w:rPr>
          <w:lang w:val="es-PE"/>
        </w:rPr>
        <w:t xml:space="preserve">  </w:t>
      </w:r>
      <w:r w:rsidR="00493EA6">
        <w:rPr>
          <w:lang w:val="es-PE"/>
        </w:rPr>
        <w:t xml:space="preserve"> </w:t>
      </w:r>
      <w:r w:rsidR="00493EA6" w:rsidRPr="00493EA6">
        <w:rPr>
          <w:rFonts w:ascii="Segoe UI Symbol" w:hAnsi="Segoe UI Symbol" w:cs="Segoe UI Symbol"/>
          <w:lang w:val="es-PE"/>
        </w:rPr>
        <w:t>☐</w:t>
      </w:r>
      <w:r w:rsidR="00493EA6" w:rsidRPr="00493EA6">
        <w:rPr>
          <w:lang w:val="es-PE"/>
        </w:rPr>
        <w:t xml:space="preserve"> </w:t>
      </w:r>
      <w:r w:rsidR="00493EA6">
        <w:rPr>
          <w:lang w:val="es-PE"/>
        </w:rPr>
        <w:t>e</w:t>
      </w:r>
      <w:r w:rsidR="00493EA6" w:rsidRPr="00493EA6">
        <w:rPr>
          <w:lang w:val="es-PE"/>
        </w:rPr>
        <w:t xml:space="preserve">.   </w:t>
      </w:r>
      <w:r w:rsidR="00493EA6" w:rsidRPr="00493EA6">
        <w:rPr>
          <w:rFonts w:ascii="Segoe UI Symbol" w:hAnsi="Segoe UI Symbol" w:cs="Segoe UI Symbol"/>
          <w:lang w:val="es-PE"/>
        </w:rPr>
        <w:t>☐</w:t>
      </w:r>
      <w:r w:rsidR="00493EA6" w:rsidRPr="00493EA6">
        <w:rPr>
          <w:lang w:val="es-PE"/>
        </w:rPr>
        <w:t xml:space="preserve"> </w:t>
      </w:r>
      <w:r w:rsidR="00493EA6">
        <w:rPr>
          <w:lang w:val="es-PE"/>
        </w:rPr>
        <w:t>f</w:t>
      </w:r>
      <w:r w:rsidR="00493EA6" w:rsidRPr="00493EA6">
        <w:rPr>
          <w:lang w:val="es-PE"/>
        </w:rPr>
        <w:t xml:space="preserve">.   </w:t>
      </w:r>
      <w:r w:rsidR="00493EA6" w:rsidRPr="00493EA6">
        <w:rPr>
          <w:rFonts w:ascii="Segoe UI Symbol" w:hAnsi="Segoe UI Symbol" w:cs="Segoe UI Symbol"/>
          <w:lang w:val="es-PE"/>
        </w:rPr>
        <w:t>☐</w:t>
      </w:r>
      <w:r w:rsidR="00493EA6" w:rsidRPr="00493EA6">
        <w:rPr>
          <w:lang w:val="es-PE"/>
        </w:rPr>
        <w:t xml:space="preserve"> </w:t>
      </w:r>
      <w:r w:rsidR="00493EA6">
        <w:rPr>
          <w:lang w:val="es-PE"/>
        </w:rPr>
        <w:t>g</w:t>
      </w:r>
      <w:r w:rsidR="00493EA6" w:rsidRPr="00493EA6">
        <w:rPr>
          <w:lang w:val="es-PE"/>
        </w:rPr>
        <w:t xml:space="preserve">.   </w:t>
      </w:r>
      <w:r w:rsidR="00493EA6" w:rsidRPr="004A43C7">
        <w:rPr>
          <w:lang w:val="es-PE"/>
        </w:rPr>
        <w:t xml:space="preserve"> </w:t>
      </w:r>
    </w:p>
    <w:p w14:paraId="566E8886" w14:textId="77777777" w:rsidR="00E35332" w:rsidRPr="00E35332" w:rsidRDefault="00E35332" w:rsidP="00E35332">
      <w:pPr>
        <w:pStyle w:val="Prrafodelista"/>
        <w:numPr>
          <w:ilvl w:val="0"/>
          <w:numId w:val="10"/>
        </w:numPr>
        <w:rPr>
          <w:lang w:val="es-PE"/>
        </w:rPr>
      </w:pPr>
      <w:r w:rsidRPr="00E35332">
        <w:rPr>
          <w:lang w:val="es-PE"/>
        </w:rPr>
        <w:t>Caso: ________________________________ Centro de Arbitraje: ________________________________</w:t>
      </w:r>
    </w:p>
    <w:p w14:paraId="6D1171F5" w14:textId="77777777" w:rsidR="00493EA6" w:rsidRDefault="00E35332" w:rsidP="00E35332">
      <w:pPr>
        <w:ind w:firstLine="720"/>
        <w:rPr>
          <w:lang w:val="es-PE"/>
        </w:rPr>
      </w:pPr>
      <w:r w:rsidRPr="00E35332">
        <w:rPr>
          <w:rFonts w:cs="Segoe UI Symbol"/>
          <w:lang w:val="es-PE"/>
        </w:rPr>
        <w:t>Materia:</w:t>
      </w:r>
      <w:r>
        <w:rPr>
          <w:rFonts w:ascii="Segoe UI Symbol" w:hAnsi="Segoe UI Symbol" w:cs="Segoe UI Symbol"/>
          <w:lang w:val="es-PE"/>
        </w:rPr>
        <w:t xml:space="preserve"> </w:t>
      </w:r>
      <w:r w:rsidRPr="00E35332">
        <w:rPr>
          <w:rFonts w:ascii="Segoe UI Symbol" w:hAnsi="Segoe UI Symbol" w:cs="Segoe UI Symbol"/>
          <w:lang w:val="es-PE"/>
        </w:rPr>
        <w:t>☐</w:t>
      </w:r>
      <w:r w:rsidRPr="00E35332">
        <w:rPr>
          <w:lang w:val="es-PE"/>
        </w:rPr>
        <w:t xml:space="preserve"> </w:t>
      </w:r>
      <w:r>
        <w:rPr>
          <w:lang w:val="es-PE"/>
        </w:rPr>
        <w:t>Comercial</w:t>
      </w:r>
      <w:r w:rsidRPr="00E35332">
        <w:rPr>
          <w:lang w:val="es-PE"/>
        </w:rPr>
        <w:t xml:space="preserve">     ☐ </w:t>
      </w:r>
      <w:r>
        <w:rPr>
          <w:lang w:val="es-PE"/>
        </w:rPr>
        <w:t>Contratación Pública</w:t>
      </w:r>
      <w:r w:rsidRPr="00E35332">
        <w:rPr>
          <w:lang w:val="es-PE"/>
        </w:rPr>
        <w:t xml:space="preserve"> </w:t>
      </w:r>
    </w:p>
    <w:p w14:paraId="514DC3AE" w14:textId="77777777" w:rsidR="00493EA6" w:rsidRDefault="00493EA6" w:rsidP="00493EA6">
      <w:pPr>
        <w:ind w:firstLine="720"/>
        <w:rPr>
          <w:lang w:val="es-PE"/>
        </w:rPr>
      </w:pPr>
      <w:r>
        <w:rPr>
          <w:lang w:val="es-PE"/>
        </w:rPr>
        <w:t>Causal de anulación según el Art. 63 de la Ley de Arbitraje:</w:t>
      </w:r>
    </w:p>
    <w:p w14:paraId="69786F18" w14:textId="2F58D7D5" w:rsidR="00E35332" w:rsidRPr="00E35332" w:rsidRDefault="00493EA6" w:rsidP="00493EA6">
      <w:pPr>
        <w:ind w:firstLine="720"/>
        <w:rPr>
          <w:lang w:val="es-PE"/>
        </w:rPr>
      </w:pPr>
      <w:r w:rsidRPr="004A43C7">
        <w:rPr>
          <w:rFonts w:ascii="Segoe UI Symbol" w:hAnsi="Segoe UI Symbol" w:cs="Segoe UI Symbol"/>
          <w:lang w:val="es-PE"/>
        </w:rPr>
        <w:t>☐</w:t>
      </w:r>
      <w:r>
        <w:rPr>
          <w:rFonts w:ascii="Segoe UI Symbol" w:hAnsi="Segoe UI Symbol" w:cs="Segoe UI Symbol"/>
          <w:lang w:val="es-PE"/>
        </w:rPr>
        <w:t xml:space="preserve"> a.</w:t>
      </w:r>
      <w:r w:rsidRPr="004A43C7">
        <w:rPr>
          <w:lang w:val="es-PE"/>
        </w:rPr>
        <w:t xml:space="preserve">    </w:t>
      </w:r>
      <w:r w:rsidRPr="004A43C7">
        <w:rPr>
          <w:rFonts w:ascii="Segoe UI Symbol" w:hAnsi="Segoe UI Symbol" w:cs="Segoe UI Symbol"/>
          <w:lang w:val="es-PE"/>
        </w:rPr>
        <w:t>☐</w:t>
      </w:r>
      <w:r w:rsidRPr="004A43C7">
        <w:rPr>
          <w:lang w:val="es-PE"/>
        </w:rPr>
        <w:t xml:space="preserve"> </w:t>
      </w:r>
      <w:r>
        <w:rPr>
          <w:lang w:val="es-PE"/>
        </w:rPr>
        <w:t>b.</w:t>
      </w:r>
      <w:r w:rsidRPr="004A43C7">
        <w:rPr>
          <w:lang w:val="es-PE"/>
        </w:rPr>
        <w:t xml:space="preserve">   </w:t>
      </w:r>
      <w:r w:rsidRPr="004A43C7">
        <w:rPr>
          <w:rFonts w:ascii="Segoe UI Symbol" w:hAnsi="Segoe UI Symbol" w:cs="Segoe UI Symbol"/>
          <w:lang w:val="es-PE"/>
        </w:rPr>
        <w:t>☐</w:t>
      </w:r>
      <w:r>
        <w:rPr>
          <w:rFonts w:ascii="Segoe UI Symbol" w:hAnsi="Segoe UI Symbol" w:cs="Segoe UI Symbol"/>
          <w:lang w:val="es-PE"/>
        </w:rPr>
        <w:t xml:space="preserve"> c.</w:t>
      </w:r>
      <w:r w:rsidRPr="004A43C7">
        <w:rPr>
          <w:lang w:val="es-PE"/>
        </w:rPr>
        <w:t xml:space="preserve">   </w:t>
      </w:r>
      <w:r w:rsidRPr="004A43C7">
        <w:rPr>
          <w:rFonts w:ascii="Segoe UI Symbol" w:hAnsi="Segoe UI Symbol" w:cs="Segoe UI Symbol"/>
          <w:lang w:val="es-PE"/>
        </w:rPr>
        <w:t>☐</w:t>
      </w:r>
      <w:r w:rsidRPr="004A43C7">
        <w:rPr>
          <w:lang w:val="es-PE"/>
        </w:rPr>
        <w:t xml:space="preserve"> </w:t>
      </w:r>
      <w:r>
        <w:rPr>
          <w:lang w:val="es-PE"/>
        </w:rPr>
        <w:t>d.</w:t>
      </w:r>
      <w:r w:rsidRPr="004A43C7">
        <w:rPr>
          <w:lang w:val="es-PE"/>
        </w:rPr>
        <w:t xml:space="preserve">  </w:t>
      </w:r>
      <w:r>
        <w:rPr>
          <w:lang w:val="es-PE"/>
        </w:rPr>
        <w:t xml:space="preserve">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e</w:t>
      </w:r>
      <w:r w:rsidRPr="00493EA6">
        <w:rPr>
          <w:lang w:val="es-PE"/>
        </w:rPr>
        <w:t xml:space="preserve">.  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f</w:t>
      </w:r>
      <w:r w:rsidRPr="00493EA6">
        <w:rPr>
          <w:lang w:val="es-PE"/>
        </w:rPr>
        <w:t xml:space="preserve">.  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g</w:t>
      </w:r>
      <w:r w:rsidRPr="00493EA6">
        <w:rPr>
          <w:lang w:val="es-PE"/>
        </w:rPr>
        <w:t xml:space="preserve">.   </w:t>
      </w:r>
      <w:r w:rsidRPr="004A43C7">
        <w:rPr>
          <w:lang w:val="es-PE"/>
        </w:rPr>
        <w:t xml:space="preserve"> </w:t>
      </w:r>
      <w:r w:rsidR="00E35332" w:rsidRPr="00E35332">
        <w:rPr>
          <w:lang w:val="es-PE"/>
        </w:rPr>
        <w:t xml:space="preserve">    </w:t>
      </w:r>
    </w:p>
    <w:p w14:paraId="2E8496B5" w14:textId="77777777" w:rsidR="00E35332" w:rsidRPr="00E35332" w:rsidRDefault="00E35332" w:rsidP="00E35332">
      <w:pPr>
        <w:pStyle w:val="Prrafodelista"/>
        <w:numPr>
          <w:ilvl w:val="0"/>
          <w:numId w:val="10"/>
        </w:numPr>
        <w:rPr>
          <w:lang w:val="es-PE"/>
        </w:rPr>
      </w:pPr>
      <w:r w:rsidRPr="00E35332">
        <w:rPr>
          <w:lang w:val="es-PE"/>
        </w:rPr>
        <w:t>Caso: ________________________________ Centro de Arbitraje: ________________________________</w:t>
      </w:r>
    </w:p>
    <w:p w14:paraId="4A944737" w14:textId="77777777" w:rsidR="00493EA6" w:rsidRDefault="00E35332" w:rsidP="00E35332">
      <w:pPr>
        <w:ind w:firstLine="720"/>
        <w:rPr>
          <w:lang w:val="es-PE"/>
        </w:rPr>
      </w:pPr>
      <w:r w:rsidRPr="00E35332">
        <w:rPr>
          <w:rFonts w:cs="Segoe UI Symbol"/>
          <w:lang w:val="es-PE"/>
        </w:rPr>
        <w:t>Materia:</w:t>
      </w:r>
      <w:r>
        <w:rPr>
          <w:rFonts w:ascii="Segoe UI Symbol" w:hAnsi="Segoe UI Symbol" w:cs="Segoe UI Symbol"/>
          <w:lang w:val="es-PE"/>
        </w:rPr>
        <w:t xml:space="preserve"> </w:t>
      </w:r>
      <w:r w:rsidRPr="00E35332">
        <w:rPr>
          <w:rFonts w:ascii="Segoe UI Symbol" w:hAnsi="Segoe UI Symbol" w:cs="Segoe UI Symbol"/>
          <w:lang w:val="es-PE"/>
        </w:rPr>
        <w:t>☐</w:t>
      </w:r>
      <w:r w:rsidRPr="00E35332">
        <w:rPr>
          <w:lang w:val="es-PE"/>
        </w:rPr>
        <w:t xml:space="preserve"> </w:t>
      </w:r>
      <w:r>
        <w:rPr>
          <w:lang w:val="es-PE"/>
        </w:rPr>
        <w:t>Comercial</w:t>
      </w:r>
      <w:r w:rsidRPr="00E35332">
        <w:rPr>
          <w:lang w:val="es-PE"/>
        </w:rPr>
        <w:t xml:space="preserve">     ☐ </w:t>
      </w:r>
      <w:r>
        <w:rPr>
          <w:lang w:val="es-PE"/>
        </w:rPr>
        <w:t>Contratación Pública</w:t>
      </w:r>
      <w:r w:rsidRPr="00E35332">
        <w:rPr>
          <w:lang w:val="es-PE"/>
        </w:rPr>
        <w:t xml:space="preserve">     </w:t>
      </w:r>
    </w:p>
    <w:p w14:paraId="357CED76" w14:textId="77777777" w:rsidR="00493EA6" w:rsidRDefault="00493EA6" w:rsidP="00493EA6">
      <w:pPr>
        <w:ind w:firstLine="720"/>
        <w:rPr>
          <w:lang w:val="es-PE"/>
        </w:rPr>
      </w:pPr>
      <w:r>
        <w:rPr>
          <w:lang w:val="es-PE"/>
        </w:rPr>
        <w:t>Causal de anulación según el Art. 63 de la Ley de Arbitraje:</w:t>
      </w:r>
    </w:p>
    <w:p w14:paraId="46B94D4E" w14:textId="14AE9199" w:rsidR="00E35332" w:rsidRPr="00E35332" w:rsidRDefault="00493EA6" w:rsidP="00493EA6">
      <w:pPr>
        <w:ind w:firstLine="720"/>
        <w:rPr>
          <w:lang w:val="es-PE"/>
        </w:rPr>
      </w:pPr>
      <w:r w:rsidRPr="004A43C7">
        <w:rPr>
          <w:rFonts w:ascii="Segoe UI Symbol" w:hAnsi="Segoe UI Symbol" w:cs="Segoe UI Symbol"/>
          <w:lang w:val="es-PE"/>
        </w:rPr>
        <w:t>☐</w:t>
      </w:r>
      <w:r>
        <w:rPr>
          <w:rFonts w:ascii="Segoe UI Symbol" w:hAnsi="Segoe UI Symbol" w:cs="Segoe UI Symbol"/>
          <w:lang w:val="es-PE"/>
        </w:rPr>
        <w:t xml:space="preserve"> a.</w:t>
      </w:r>
      <w:r w:rsidRPr="004A43C7">
        <w:rPr>
          <w:lang w:val="es-PE"/>
        </w:rPr>
        <w:t xml:space="preserve">    </w:t>
      </w:r>
      <w:r w:rsidRPr="004A43C7">
        <w:rPr>
          <w:rFonts w:ascii="Segoe UI Symbol" w:hAnsi="Segoe UI Symbol" w:cs="Segoe UI Symbol"/>
          <w:lang w:val="es-PE"/>
        </w:rPr>
        <w:t>☐</w:t>
      </w:r>
      <w:r w:rsidRPr="004A43C7">
        <w:rPr>
          <w:lang w:val="es-PE"/>
        </w:rPr>
        <w:t xml:space="preserve"> </w:t>
      </w:r>
      <w:r>
        <w:rPr>
          <w:lang w:val="es-PE"/>
        </w:rPr>
        <w:t>b.</w:t>
      </w:r>
      <w:r w:rsidRPr="004A43C7">
        <w:rPr>
          <w:lang w:val="es-PE"/>
        </w:rPr>
        <w:t xml:space="preserve">   </w:t>
      </w:r>
      <w:r w:rsidRPr="004A43C7">
        <w:rPr>
          <w:rFonts w:ascii="Segoe UI Symbol" w:hAnsi="Segoe UI Symbol" w:cs="Segoe UI Symbol"/>
          <w:lang w:val="es-PE"/>
        </w:rPr>
        <w:t>☐</w:t>
      </w:r>
      <w:r>
        <w:rPr>
          <w:rFonts w:ascii="Segoe UI Symbol" w:hAnsi="Segoe UI Symbol" w:cs="Segoe UI Symbol"/>
          <w:lang w:val="es-PE"/>
        </w:rPr>
        <w:t xml:space="preserve"> c.</w:t>
      </w:r>
      <w:r w:rsidRPr="004A43C7">
        <w:rPr>
          <w:lang w:val="es-PE"/>
        </w:rPr>
        <w:t xml:space="preserve">   </w:t>
      </w:r>
      <w:r w:rsidRPr="004A43C7">
        <w:rPr>
          <w:rFonts w:ascii="Segoe UI Symbol" w:hAnsi="Segoe UI Symbol" w:cs="Segoe UI Symbol"/>
          <w:lang w:val="es-PE"/>
        </w:rPr>
        <w:t>☐</w:t>
      </w:r>
      <w:r w:rsidRPr="004A43C7">
        <w:rPr>
          <w:lang w:val="es-PE"/>
        </w:rPr>
        <w:t xml:space="preserve"> </w:t>
      </w:r>
      <w:r>
        <w:rPr>
          <w:lang w:val="es-PE"/>
        </w:rPr>
        <w:t>d.</w:t>
      </w:r>
      <w:r w:rsidRPr="004A43C7">
        <w:rPr>
          <w:lang w:val="es-PE"/>
        </w:rPr>
        <w:t xml:space="preserve">  </w:t>
      </w:r>
      <w:r>
        <w:rPr>
          <w:lang w:val="es-PE"/>
        </w:rPr>
        <w:t xml:space="preserve">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e</w:t>
      </w:r>
      <w:r w:rsidRPr="00493EA6">
        <w:rPr>
          <w:lang w:val="es-PE"/>
        </w:rPr>
        <w:t xml:space="preserve">.  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f</w:t>
      </w:r>
      <w:r w:rsidRPr="00493EA6">
        <w:rPr>
          <w:lang w:val="es-PE"/>
        </w:rPr>
        <w:t xml:space="preserve">.   </w:t>
      </w:r>
      <w:r w:rsidRPr="00493EA6">
        <w:rPr>
          <w:rFonts w:ascii="Segoe UI Symbol" w:hAnsi="Segoe UI Symbol" w:cs="Segoe UI Symbol"/>
          <w:lang w:val="es-PE"/>
        </w:rPr>
        <w:t>☐</w:t>
      </w:r>
      <w:r w:rsidRPr="00493EA6">
        <w:rPr>
          <w:lang w:val="es-PE"/>
        </w:rPr>
        <w:t xml:space="preserve"> </w:t>
      </w:r>
      <w:r>
        <w:rPr>
          <w:lang w:val="es-PE"/>
        </w:rPr>
        <w:t>g</w:t>
      </w:r>
      <w:r w:rsidRPr="00493EA6">
        <w:rPr>
          <w:lang w:val="es-PE"/>
        </w:rPr>
        <w:t xml:space="preserve">.   </w:t>
      </w:r>
      <w:r w:rsidRPr="004A43C7">
        <w:rPr>
          <w:lang w:val="es-PE"/>
        </w:rPr>
        <w:t xml:space="preserve"> </w:t>
      </w:r>
      <w:r w:rsidR="00E35332" w:rsidRPr="00E35332">
        <w:rPr>
          <w:lang w:val="es-PE"/>
        </w:rPr>
        <w:t xml:space="preserve">  </w:t>
      </w:r>
    </w:p>
    <w:p w14:paraId="0627F7A7" w14:textId="7BACF058" w:rsidR="0031555C" w:rsidRPr="00E35332" w:rsidRDefault="00000000">
      <w:pPr>
        <w:pStyle w:val="Ttulo2"/>
        <w:rPr>
          <w:lang w:val="es-PE"/>
        </w:rPr>
      </w:pPr>
      <w:r w:rsidRPr="00E35332">
        <w:rPr>
          <w:lang w:val="es-PE"/>
        </w:rPr>
        <w:t>1</w:t>
      </w:r>
      <w:r w:rsidR="00075164">
        <w:rPr>
          <w:lang w:val="es-PE"/>
        </w:rPr>
        <w:t>4</w:t>
      </w:r>
      <w:r w:rsidRPr="00E35332">
        <w:rPr>
          <w:lang w:val="es-PE"/>
        </w:rPr>
        <w:t>. NÚMERO DE RECUSACIONES FUNDADAS (últimos 5 años)</w:t>
      </w:r>
    </w:p>
    <w:p w14:paraId="2B03708B" w14:textId="77777777" w:rsidR="00493EA6" w:rsidRDefault="00E35332">
      <w:pPr>
        <w:rPr>
          <w:lang w:val="es-PE"/>
        </w:rPr>
      </w:pPr>
      <w:r w:rsidRPr="00E35332">
        <w:rPr>
          <w:lang w:val="es-PE"/>
        </w:rPr>
        <w:t>Número de recusaciones fundadas: ______</w:t>
      </w:r>
    </w:p>
    <w:p w14:paraId="40A3BF1C" w14:textId="123C367F" w:rsidR="00E35332" w:rsidRDefault="00E35332">
      <w:pPr>
        <w:rPr>
          <w:lang w:val="es-PE"/>
        </w:rPr>
      </w:pPr>
      <w:r w:rsidRPr="00E35332">
        <w:rPr>
          <w:lang w:val="es-PE"/>
        </w:rPr>
        <w:t>En caso</w:t>
      </w:r>
      <w:r>
        <w:rPr>
          <w:lang w:val="es-PE"/>
        </w:rPr>
        <w:t xml:space="preserve"> tuviera recusaciones fundadas</w:t>
      </w:r>
      <w:r w:rsidRPr="00E35332">
        <w:rPr>
          <w:lang w:val="es-PE"/>
        </w:rPr>
        <w:t>, especifique:</w:t>
      </w:r>
    </w:p>
    <w:p w14:paraId="4654688E" w14:textId="28B6F18F" w:rsidR="0031555C" w:rsidRPr="00E35332" w:rsidRDefault="00000000" w:rsidP="00E35332">
      <w:pPr>
        <w:pStyle w:val="Prrafodelista"/>
        <w:numPr>
          <w:ilvl w:val="0"/>
          <w:numId w:val="10"/>
        </w:numPr>
        <w:rPr>
          <w:lang w:val="es-PE"/>
        </w:rPr>
      </w:pPr>
      <w:r w:rsidRPr="00E35332">
        <w:rPr>
          <w:lang w:val="es-PE"/>
        </w:rPr>
        <w:t>Año: _____</w:t>
      </w:r>
      <w:r w:rsidR="00E35332" w:rsidRPr="00E35332">
        <w:rPr>
          <w:lang w:val="es-PE"/>
        </w:rPr>
        <w:t>_ Centro</w:t>
      </w:r>
      <w:r w:rsidRPr="00E35332">
        <w:rPr>
          <w:lang w:val="es-PE"/>
        </w:rPr>
        <w:t xml:space="preserve"> Arbitral (CCL u otro): ________________________________</w:t>
      </w:r>
    </w:p>
    <w:p w14:paraId="2F3BF3D7" w14:textId="77777777" w:rsidR="0031555C" w:rsidRDefault="00000000" w:rsidP="00E35332">
      <w:pPr>
        <w:ind w:firstLine="720"/>
        <w:rPr>
          <w:lang w:val="es-PE"/>
        </w:rPr>
      </w:pPr>
      <w:r w:rsidRPr="00E35332">
        <w:rPr>
          <w:lang w:val="es-PE"/>
        </w:rPr>
        <w:lastRenderedPageBreak/>
        <w:t>Materia: ☐ Comercial   ☐ Contratación Pública</w:t>
      </w:r>
    </w:p>
    <w:p w14:paraId="10DC5B36" w14:textId="6559E915" w:rsidR="00E35332" w:rsidRPr="00E35332" w:rsidRDefault="00E35332" w:rsidP="00E35332">
      <w:pPr>
        <w:pStyle w:val="Prrafodelista"/>
        <w:numPr>
          <w:ilvl w:val="0"/>
          <w:numId w:val="10"/>
        </w:numPr>
        <w:rPr>
          <w:lang w:val="es-PE"/>
        </w:rPr>
      </w:pPr>
      <w:r w:rsidRPr="00E35332">
        <w:rPr>
          <w:lang w:val="es-PE"/>
        </w:rPr>
        <w:t>Año: ______ Centro Arbitral (CCL u otro): ________________________________</w:t>
      </w:r>
    </w:p>
    <w:p w14:paraId="70A3CFD3" w14:textId="77777777" w:rsidR="00E35332" w:rsidRPr="00E35332" w:rsidRDefault="00E35332" w:rsidP="00E35332">
      <w:pPr>
        <w:ind w:firstLine="720"/>
        <w:rPr>
          <w:lang w:val="es-PE"/>
        </w:rPr>
      </w:pPr>
      <w:r w:rsidRPr="00E35332">
        <w:rPr>
          <w:lang w:val="es-PE"/>
        </w:rPr>
        <w:t>Materia: ☐ Comercial   ☐ Contratación Pública</w:t>
      </w:r>
    </w:p>
    <w:p w14:paraId="6AB7D6C5" w14:textId="3A180ECE" w:rsidR="00E35332" w:rsidRPr="00E35332" w:rsidRDefault="00E35332" w:rsidP="00B0111A">
      <w:pPr>
        <w:ind w:firstLine="720"/>
        <w:rPr>
          <w:lang w:val="es-PE"/>
        </w:rPr>
      </w:pPr>
      <w:r w:rsidRPr="00E35332">
        <w:rPr>
          <w:lang w:val="es-PE"/>
        </w:rPr>
        <w:t>Materia: ☐ Comercial   ☐ Contratación Pública</w:t>
      </w:r>
    </w:p>
    <w:sectPr w:rsidR="00E35332" w:rsidRPr="00E353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7BC455F"/>
    <w:multiLevelType w:val="hybridMultilevel"/>
    <w:tmpl w:val="9F0C32C2"/>
    <w:lvl w:ilvl="0" w:tplc="E11CB106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9867928">
    <w:abstractNumId w:val="8"/>
  </w:num>
  <w:num w:numId="2" w16cid:durableId="1170097229">
    <w:abstractNumId w:val="6"/>
  </w:num>
  <w:num w:numId="3" w16cid:durableId="989023117">
    <w:abstractNumId w:val="5"/>
  </w:num>
  <w:num w:numId="4" w16cid:durableId="848954889">
    <w:abstractNumId w:val="4"/>
  </w:num>
  <w:num w:numId="5" w16cid:durableId="703098076">
    <w:abstractNumId w:val="7"/>
  </w:num>
  <w:num w:numId="6" w16cid:durableId="2000883083">
    <w:abstractNumId w:val="3"/>
  </w:num>
  <w:num w:numId="7" w16cid:durableId="903758155">
    <w:abstractNumId w:val="2"/>
  </w:num>
  <w:num w:numId="8" w16cid:durableId="930048029">
    <w:abstractNumId w:val="1"/>
  </w:num>
  <w:num w:numId="9" w16cid:durableId="1282615611">
    <w:abstractNumId w:val="0"/>
  </w:num>
  <w:num w:numId="10" w16cid:durableId="20136792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5164"/>
    <w:rsid w:val="0015074B"/>
    <w:rsid w:val="001D6DA3"/>
    <w:rsid w:val="001F3467"/>
    <w:rsid w:val="0029639D"/>
    <w:rsid w:val="0031555C"/>
    <w:rsid w:val="00326F90"/>
    <w:rsid w:val="00347609"/>
    <w:rsid w:val="00493EA6"/>
    <w:rsid w:val="004A43C7"/>
    <w:rsid w:val="009369D7"/>
    <w:rsid w:val="00995914"/>
    <w:rsid w:val="00AA1D8D"/>
    <w:rsid w:val="00B001A4"/>
    <w:rsid w:val="00B0111A"/>
    <w:rsid w:val="00B47730"/>
    <w:rsid w:val="00CB0664"/>
    <w:rsid w:val="00E35332"/>
    <w:rsid w:val="00F919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BDB6EE9"/>
  <w14:defaultImageDpi w14:val="300"/>
  <w15:docId w15:val="{C146B85C-4344-4902-8311-D1112B602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5702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 Paula Tamayo - CCL - Arbitraje</cp:lastModifiedBy>
  <cp:revision>2</cp:revision>
  <dcterms:created xsi:type="dcterms:W3CDTF">2026-04-15T19:36:00Z</dcterms:created>
  <dcterms:modified xsi:type="dcterms:W3CDTF">2026-04-15T19:36:00Z</dcterms:modified>
  <cp:category/>
</cp:coreProperties>
</file>